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0"/>
        <w:ind w:right="0"/>
      </w:pPr>
      <w:r>
        <w:rPr>
          <w:rFonts w:ascii="Caveat Brush" w:hAnsi="Caveat Brush" w:cs="Caveat Brush" w:eastAsia="Caveat Brush"/>
          <w:color w:val="BA3630"/>
          <w:sz w:val="72"/>
        </w:rPr>
        <w:t>Milý / Milá [jméno],</w:t>
      </w:r>
    </w:p>
    <w:p>
      <w:r>
        <w:t>děkuju za tvůj dopis. Přečetl jsem si ho moc pozorně a udělal mi velkou radost.</w:t>
      </w:r>
    </w:p>
    <w:p>
      <w:r>
        <w:t>Letos jsem si všiml, že [co se dítěti letos povedlo]. Moc mě to potěšilo.</w:t>
      </w:r>
    </w:p>
    <w:p>
      <w:r>
        <w:t>Moji pomocníci měli letos plné ruce práce. Kdyby se náhodou nepodařilo splnit úplně všechno, věř, že jsme se moc snažili.</w:t>
      </w:r>
    </w:p>
    <w:p>
      <w:r>
        <w:t>Do nového roku ti přeju [co dítěti přeješ].</w:t>
      </w:r>
    </w:p>
    <w:p>
      <w:r>
        <w:t>Ať jsou tvoje Vánoce plné světla, dobré nálady a času s těmi, které máš rád/a.</w:t>
      </w:r>
    </w:p>
    <w:sectPr w:rsidR="00FC693F" w:rsidRPr="0006063C" w:rsidSect="00034616">
      <w:headerReference w:type="default" r:id="rId9"/>
      <w:pgSz w:w="11906" w:h="16838"/>
      <w:pgMar w:top="1814" w:right="1814" w:bottom="4139" w:left="181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Nunito">
    <w:charset w:val="00"/>
    <w:family w:val="auto"/>
    <w:pitch w:val="variable"/>
    <w:embedRegular r:id="rIdF1" w:fontKey="{6BA7F27B-F424-4513-85DF-B848011349D0}"/>
  </w:font>
  <w:font w:name="Caveat Brush">
    <w:charset w:val="00"/>
    <w:family w:val="auto"/>
    <w:pitch w:val="variable"/>
    <w:embedRegular r:id="rIdF2" w:fontKey="{472656E0-06A4-436A-A34B-7BFD4E784D8B}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xmlns:a="http://schemas.openxmlformats.org/drawingml/2006/main" xmlns:pic="http://schemas.openxmlformats.org/drawingml/2006/picture"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" name="Pozadi"/>
          <wp:cNvGraphicFramePr/>
          <a:graphic>
            <a:graphicData uri="http://schemas.openxmlformats.org/drawingml/2006/picture">
              <pic:pic>
                <pic:nvPicPr>
                  <pic:cNvPr id="0" name="bg-a-ramece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320" w:lineRule="auto" w:line="360"/>
    </w:pPr>
    <w:rPr>
      <w:rFonts w:ascii="Nunito" w:hAnsi="Nunito" w:cs="Nunito" w:eastAsia="Nunito"/>
      <w:color w:val="2E221C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fontTable.xml.rels><?xml version="1.0" encoding="UTF-8" standalone="yes"?>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Odpověď od Ježíška</dc:title>
  <dc:subject/>
  <dc:creator>Splněná přání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